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האירועים החשובים בחיי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לפי סדר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חדשות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נוֹלַד בִּבְרִיסְק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עָלָה לְאֶרֶץ יִשְׂרָאֵל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נִבְחַר לְרֹאשׁ הַמֶּמְשָׁלָה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חָתַם עַל שָׁלוֹם עִם מִצְרַיִם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נִפְטַר, וְנִקְבַּר בִּירוּשָׁלַיִם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בִּבְרִיסְק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מִצְרַיִם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רֹאשׁ הַמֶּמְשָׁלָה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הוּא נִבְחַר לְרֹאשׁ הַמֶּמְשָׁלָה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בִּירוּשָׁלַיִם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נולד בבריסק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כתוב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קודם עלה לארץ, ואחר כך 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אחד האירועים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נקבר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נפטר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בין האירוע לסימן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(🍼)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(🧭)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(🗳️)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(🕯️)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נבחר לראש הממשלה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להבין איך הדברים קרו אחד אחרי השני ולמה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בבריסק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חתם על הסכם שלום עם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המילים עם ניקוד בקול רם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בסימנים (אימוג׳י) כדי לעזור לתלמידים לזכור את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להתמקד בחלקי order ו-match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אירועים חשובים בחיים של מנחם בגין, מהלידה ועד הפטירה, ונסדר אותם לפי הסדר הנכון.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סדרו את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נִבְחַר לְרֹאשׁ הַמֶּמְשָׁלָה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נוֹלַד בִּבְרִיסְק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נִפְטַר, וְנִקְבַּר בִּירוּשָׁלַיִם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עָלָה לְאֶרֶץ יִשְׂרָאֵל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חָתַם עַל שָׁלוֹם עִם מִצְרַיִם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בִּירוּשָׁלַיִם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בִּבְרִיסְק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בְּתֵל אָבִיב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בְּחֵיפָה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איזו מדינה חתם בגין על הסכם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יַרְדֵּן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סוּרְיָה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מִצְרַיִם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לְבָנוֹן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תפקיד נבחר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רֹאשׁ עִיר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רֹאשׁ הַמֶּמְשָׁלָה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שַׁר חִינוּךְ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נָשִׂיא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אחרי שבגין עלה לארץ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הוּא נוֹלַד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הוּא נִבְחַר לְרֹאשׁ הַמֶּמְשָׁלָה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הוּא נִפְטַר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הוּא חָתַם עַל שָׁלוֹם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נקבר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בִּבְרִיסְק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בְּתֵל אָבִיב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בִּירוּשָׁלַיִם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בְּחֵיפָה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עלה לארץ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לראש הממשלה לפני שעלה לארץ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חתם על שלום עם מצרים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נפטר ונקבר בבריסק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__________ בבריסק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__________ לארץ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__________ לראש הממשלה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בגין חתם על __________ עם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בגין __________ ונקבר בירושלים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בין האירוע לסימן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🗳️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עלה לארץ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🍼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נבחר לראש הממשלה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🕯️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חתם על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🧭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נפטר ונקבר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בשתיים שלוש מילים מה קרה לבגין אחרי שהוא עלה לארץ 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לזכור את הסדר של האירועים בחיים של אדם?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נולד 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הוא חתם על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אחרי שהוא נבחר לראש הממשלה?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